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30"/>
      </w:tblGrid>
      <w:tr w:rsidR="00A92B7C" w14:paraId="5ED0F990" w14:textId="77777777">
        <w:trPr>
          <w:jc w:val="center"/>
        </w:trPr>
        <w:tc>
          <w:tcPr>
            <w:tcW w:w="11030" w:type="dxa"/>
            <w:tcBorders>
              <w:top w:val="single" w:sz="0" w:space="0" w:color="004165"/>
              <w:left w:val="single" w:sz="0" w:space="0" w:color="004165"/>
              <w:bottom w:val="single" w:sz="0" w:space="0" w:color="004165"/>
              <w:right w:val="single" w:sz="0" w:space="0" w:color="004165"/>
            </w:tcBorders>
            <w:shd w:val="clear" w:color="auto" w:fill="004165"/>
          </w:tcPr>
          <w:p w14:paraId="3A1E2A27" w14:textId="77777777" w:rsidR="00A92B7C" w:rsidRDefault="00000000">
            <w:pPr>
              <w:spacing w:before="80" w:line="240" w:lineRule="auto"/>
              <w:jc w:val="center"/>
            </w:pPr>
            <w:r>
              <w:rPr>
                <w:b/>
                <w:color w:val="FFFFFF"/>
                <w:sz w:val="32"/>
              </w:rPr>
              <w:t>PATHWAYS GOAL SHEET</w:t>
            </w:r>
          </w:p>
          <w:p w14:paraId="3243EB04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Toastmasters International</w:t>
            </w:r>
          </w:p>
          <w:p w14:paraId="729BD1EA" w14:textId="77777777" w:rsidR="00A92B7C" w:rsidRDefault="00000000">
            <w:pPr>
              <w:spacing w:after="80" w:line="240" w:lineRule="auto"/>
              <w:jc w:val="center"/>
            </w:pPr>
            <w:r>
              <w:rPr>
                <w:color w:val="FFFFFF"/>
              </w:rPr>
              <w:t>Where Leaders Are Made</w:t>
            </w:r>
          </w:p>
        </w:tc>
      </w:tr>
    </w:tbl>
    <w:p w14:paraId="5877348D" w14:textId="77777777" w:rsidR="00791558" w:rsidRDefault="00791558">
      <w:pPr>
        <w:spacing w:before="140" w:line="240" w:lineRule="auto"/>
        <w:jc w:val="center"/>
        <w:rPr>
          <w:b/>
          <w:color w:val="004165"/>
          <w:sz w:val="22"/>
        </w:rPr>
      </w:pPr>
    </w:p>
    <w:p w14:paraId="1202F763" w14:textId="41F7BF6B" w:rsidR="00A92B7C" w:rsidRDefault="00000000">
      <w:pPr>
        <w:spacing w:before="140" w:line="240" w:lineRule="auto"/>
        <w:jc w:val="center"/>
      </w:pPr>
      <w:r>
        <w:rPr>
          <w:b/>
          <w:color w:val="004165"/>
          <w:sz w:val="22"/>
        </w:rPr>
        <w:t>PATHWAYS GOAL SHEET</w:t>
      </w:r>
    </w:p>
    <w:p w14:paraId="16D93DED" w14:textId="77777777" w:rsidR="00A92B7C" w:rsidRDefault="00000000">
      <w:pPr>
        <w:spacing w:before="40" w:after="100" w:line="240" w:lineRule="auto"/>
        <w:jc w:val="center"/>
        <w:rPr>
          <w:b/>
          <w:i/>
          <w:sz w:val="22"/>
        </w:rPr>
      </w:pPr>
      <w:r>
        <w:rPr>
          <w:b/>
          <w:i/>
          <w:sz w:val="22"/>
        </w:rPr>
        <w:t>Including 2025 Pathways Enhancements</w:t>
      </w:r>
    </w:p>
    <w:p w14:paraId="52309547" w14:textId="77777777" w:rsidR="00791558" w:rsidRDefault="00791558">
      <w:pPr>
        <w:spacing w:before="40" w:after="100" w:line="240" w:lineRule="auto"/>
        <w:jc w:val="center"/>
        <w:rPr>
          <w:b/>
          <w:i/>
        </w:rPr>
      </w:pPr>
    </w:p>
    <w:p w14:paraId="7EAC922D" w14:textId="77777777" w:rsidR="00791558" w:rsidRDefault="00791558">
      <w:pPr>
        <w:spacing w:before="40" w:after="100" w:line="240" w:lineRule="auto"/>
        <w:jc w:val="center"/>
        <w:rPr>
          <w:b/>
          <w:i/>
        </w:rPr>
      </w:pPr>
    </w:p>
    <w:p w14:paraId="2C9C4605" w14:textId="77777777" w:rsidR="00791558" w:rsidRDefault="00791558">
      <w:pPr>
        <w:spacing w:before="40" w:after="100" w:line="240" w:lineRule="auto"/>
        <w:jc w:val="center"/>
        <w:rPr>
          <w:b/>
          <w:i/>
        </w:rPr>
      </w:pPr>
    </w:p>
    <w:p w14:paraId="12D77919" w14:textId="77777777" w:rsidR="00791558" w:rsidRDefault="00791558">
      <w:pPr>
        <w:spacing w:before="40" w:after="100" w:line="240" w:lineRule="auto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838"/>
        <w:gridCol w:w="1838"/>
        <w:gridCol w:w="1838"/>
        <w:gridCol w:w="1838"/>
        <w:gridCol w:w="1838"/>
      </w:tblGrid>
      <w:tr w:rsidR="00A92B7C" w14:paraId="185A3592" w14:textId="77777777">
        <w:trPr>
          <w:jc w:val="center"/>
        </w:trPr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7295FFA" w14:textId="77777777" w:rsidR="00A92B7C" w:rsidRDefault="00000000">
            <w:r>
              <w:rPr>
                <w:sz w:val="13"/>
              </w:rPr>
              <w:t>Member Name: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953BA1B" w14:textId="77777777" w:rsidR="00A92B7C" w:rsidRDefault="00000000">
            <w:r>
              <w:rPr>
                <w:sz w:val="13"/>
              </w:rPr>
              <w:t>____________________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C17982B" w14:textId="77777777" w:rsidR="00A92B7C" w:rsidRDefault="00000000">
            <w:r>
              <w:rPr>
                <w:sz w:val="13"/>
              </w:rPr>
              <w:t>Path: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03574EC" w14:textId="77777777" w:rsidR="00A92B7C" w:rsidRDefault="00000000">
            <w:r>
              <w:rPr>
                <w:sz w:val="13"/>
              </w:rPr>
              <w:t>____________________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DD370A1" w14:textId="77777777" w:rsidR="00A92B7C" w:rsidRDefault="00000000">
            <w:r>
              <w:rPr>
                <w:sz w:val="13"/>
              </w:rPr>
              <w:t>Mentor: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394A3BC" w14:textId="77777777" w:rsidR="00A92B7C" w:rsidRDefault="00000000">
            <w:r>
              <w:rPr>
                <w:sz w:val="13"/>
              </w:rPr>
              <w:t>____________________</w:t>
            </w:r>
          </w:p>
        </w:tc>
      </w:tr>
      <w:tr w:rsidR="00A92B7C" w14:paraId="4185C50B" w14:textId="77777777">
        <w:trPr>
          <w:jc w:val="center"/>
        </w:trPr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7C5E673" w14:textId="77777777" w:rsidR="00A92B7C" w:rsidRDefault="00000000">
            <w:r>
              <w:rPr>
                <w:sz w:val="13"/>
              </w:rPr>
              <w:t>Start Date: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E269D65" w14:textId="77777777" w:rsidR="00A92B7C" w:rsidRDefault="00000000">
            <w:r>
              <w:rPr>
                <w:sz w:val="13"/>
              </w:rPr>
              <w:t>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A7120CF" w14:textId="77777777" w:rsidR="00A92B7C" w:rsidRDefault="00000000">
            <w:r>
              <w:rPr>
                <w:sz w:val="13"/>
              </w:rPr>
              <w:t>Target Completion: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1045501" w14:textId="77777777" w:rsidR="00A92B7C" w:rsidRDefault="00000000">
            <w:r>
              <w:rPr>
                <w:sz w:val="13"/>
              </w:rPr>
              <w:t>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E3DDCDC" w14:textId="77777777" w:rsidR="00A92B7C" w:rsidRDefault="00000000">
            <w:r>
              <w:rPr>
                <w:sz w:val="13"/>
              </w:rPr>
              <w:t>Completion Date: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64EA10F" w14:textId="77777777" w:rsidR="00A92B7C" w:rsidRDefault="00000000">
            <w:r>
              <w:rPr>
                <w:sz w:val="13"/>
              </w:rPr>
              <w:t>_______________</w:t>
            </w:r>
          </w:p>
        </w:tc>
      </w:tr>
    </w:tbl>
    <w:p w14:paraId="43E515EE" w14:textId="77777777" w:rsidR="00A92B7C" w:rsidRDefault="00000000">
      <w:pPr>
        <w:spacing w:before="120" w:after="20" w:line="240" w:lineRule="auto"/>
      </w:pPr>
      <w:r>
        <w:rPr>
          <w:b/>
          <w:color w:val="004165"/>
          <w:sz w:val="22"/>
        </w:rPr>
        <w:t>Level 1 - Mastering Fundamentals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A92B7C" w14:paraId="67750D91" w14:textId="77777777">
        <w:trPr>
          <w:tblHeader/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46872A9F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Required Projects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4A7AE376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2025 Enhancements</w:t>
            </w:r>
          </w:p>
        </w:tc>
      </w:tr>
      <w:tr w:rsidR="00A92B7C" w14:paraId="639097A5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965C81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Ice Breaker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6778C2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Table Topics Speaker (before Ice Breaker)</w:t>
            </w:r>
          </w:p>
        </w:tc>
      </w:tr>
      <w:tr w:rsidR="00A92B7C" w14:paraId="4B515763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1687CF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Writing a Speech with Purpose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64D523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Evaluator</w:t>
            </w:r>
          </w:p>
        </w:tc>
      </w:tr>
      <w:tr w:rsidR="00A92B7C" w14:paraId="6DD6AEE9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A92493C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Introduction to Vocal Variety and Body Language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10353A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Timer OR Ah-Counter</w:t>
            </w:r>
          </w:p>
        </w:tc>
      </w:tr>
      <w:tr w:rsidR="00A92B7C" w14:paraId="4B5DE08D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010D5D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Evaluation &amp; Feedback - 1st Speech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6A9835" w14:textId="77777777" w:rsidR="00A92B7C" w:rsidRDefault="00A92B7C">
            <w:pPr>
              <w:spacing w:line="211" w:lineRule="auto"/>
            </w:pPr>
          </w:p>
        </w:tc>
      </w:tr>
      <w:tr w:rsidR="00A92B7C" w14:paraId="7DC99D97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7C5D02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Evaluation &amp; Feedback - 2nd Speech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090320" w14:textId="77777777" w:rsidR="00A92B7C" w:rsidRDefault="00A92B7C">
            <w:pPr>
              <w:spacing w:line="211" w:lineRule="auto"/>
            </w:pPr>
          </w:p>
        </w:tc>
      </w:tr>
      <w:tr w:rsidR="00A92B7C" w14:paraId="01A48E21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AFA82F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Serve as Speech Evaluator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D3F680" w14:textId="77777777" w:rsidR="00A92B7C" w:rsidRDefault="00A92B7C">
            <w:pPr>
              <w:spacing w:line="211" w:lineRule="auto"/>
            </w:pPr>
          </w:p>
        </w:tc>
      </w:tr>
    </w:tbl>
    <w:p w14:paraId="20ED44C2" w14:textId="77777777" w:rsidR="00A92B7C" w:rsidRDefault="00000000">
      <w:pPr>
        <w:spacing w:before="120" w:after="20" w:line="240" w:lineRule="auto"/>
      </w:pPr>
      <w:r>
        <w:rPr>
          <w:b/>
          <w:color w:val="004165"/>
          <w:sz w:val="22"/>
        </w:rPr>
        <w:t>Level 2 - Learning Your Style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A92B7C" w14:paraId="03097242" w14:textId="77777777">
        <w:trPr>
          <w:tblHeader/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497385DE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Required Projects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6FE36E40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2025 Enhancements</w:t>
            </w:r>
          </w:p>
        </w:tc>
      </w:tr>
      <w:tr w:rsidR="00A92B7C" w14:paraId="3545FC44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70FBC3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Project 1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771AA5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Grammarian</w:t>
            </w:r>
          </w:p>
        </w:tc>
      </w:tr>
      <w:tr w:rsidR="00A92B7C" w14:paraId="160BCEC2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EB8BC0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Project 2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F5D36CA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Topicsmaster</w:t>
            </w:r>
          </w:p>
        </w:tc>
      </w:tr>
      <w:tr w:rsidR="00A92B7C" w14:paraId="15F8C52A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07A71D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Introduction to Toastmasters Mentoring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A2FE0A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Evaluator</w:t>
            </w:r>
          </w:p>
        </w:tc>
      </w:tr>
      <w:tr w:rsidR="00A92B7C" w14:paraId="184B76F5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B09595" w14:textId="77777777" w:rsidR="00A92B7C" w:rsidRDefault="00A92B7C">
            <w:pPr>
              <w:spacing w:line="211" w:lineRule="auto"/>
            </w:pP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6726E2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Toastmaster OR Timer OR Ah-Counter</w:t>
            </w:r>
          </w:p>
        </w:tc>
      </w:tr>
    </w:tbl>
    <w:p w14:paraId="221F5A17" w14:textId="77777777" w:rsidR="00A92B7C" w:rsidRDefault="00000000">
      <w:pPr>
        <w:spacing w:before="120" w:after="20" w:line="240" w:lineRule="auto"/>
      </w:pPr>
      <w:r>
        <w:rPr>
          <w:b/>
          <w:color w:val="004165"/>
          <w:sz w:val="22"/>
        </w:rPr>
        <w:t>Level 3 - Increasing Knowledge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A92B7C" w14:paraId="79D85DA6" w14:textId="77777777">
        <w:trPr>
          <w:tblHeader/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27CFE9F7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Required Projects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6E4F78C0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2025 Enhancements</w:t>
            </w:r>
          </w:p>
        </w:tc>
      </w:tr>
      <w:tr w:rsidR="00A92B7C" w14:paraId="0201BA65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8DABE7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Project 1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208ADD5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Toastmaster</w:t>
            </w:r>
          </w:p>
        </w:tc>
      </w:tr>
      <w:tr w:rsidR="00A92B7C" w14:paraId="040EF5F1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586B64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Elective 1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1CA5BC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Evaluator</w:t>
            </w:r>
          </w:p>
        </w:tc>
      </w:tr>
      <w:tr w:rsidR="00A92B7C" w14:paraId="3C9F640A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CFDCD75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Elective 2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BFD01B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Topicsmaster OR Table Topics Speaker OR Introductory Mentor</w:t>
            </w:r>
          </w:p>
        </w:tc>
      </w:tr>
      <w:tr w:rsidR="00A92B7C" w14:paraId="51F89831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CDB15E" w14:textId="77777777" w:rsidR="00A92B7C" w:rsidRDefault="00000000">
            <w:pPr>
              <w:spacing w:line="211" w:lineRule="auto"/>
            </w:pPr>
            <w:r>
              <w:rPr>
                <w:b/>
                <w:sz w:val="11"/>
              </w:rPr>
              <w:t>☐ Successful Club Series (Choose ONE)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1A45E7" w14:textId="77777777" w:rsidR="00A92B7C" w:rsidRDefault="00A92B7C">
            <w:pPr>
              <w:spacing w:line="211" w:lineRule="auto"/>
            </w:pPr>
          </w:p>
        </w:tc>
      </w:tr>
    </w:tbl>
    <w:p w14:paraId="48F37195" w14:textId="77777777" w:rsidR="00A92B7C" w:rsidRDefault="00000000">
      <w:pPr>
        <w:spacing w:before="100"/>
        <w:jc w:val="center"/>
      </w:pPr>
      <w:r>
        <w:rPr>
          <w:color w:val="646464"/>
          <w:sz w:val="22"/>
        </w:rPr>
        <w:t>Compatible with 2025 Toastmasters Pathways Enhancements • Editable Word Template • Page 1 of 2</w:t>
      </w:r>
    </w:p>
    <w:p w14:paraId="3E593C8B" w14:textId="77777777" w:rsidR="00A92B7C" w:rsidRDefault="00000000">
      <w:r>
        <w:rPr>
          <w:sz w:val="22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30"/>
      </w:tblGrid>
      <w:tr w:rsidR="00A92B7C" w14:paraId="1418F16C" w14:textId="77777777">
        <w:trPr>
          <w:jc w:val="center"/>
        </w:trPr>
        <w:tc>
          <w:tcPr>
            <w:tcW w:w="11030" w:type="dxa"/>
            <w:tcBorders>
              <w:top w:val="single" w:sz="0" w:space="0" w:color="004165"/>
              <w:left w:val="single" w:sz="0" w:space="0" w:color="004165"/>
              <w:bottom w:val="single" w:sz="0" w:space="0" w:color="004165"/>
              <w:right w:val="single" w:sz="0" w:space="0" w:color="004165"/>
            </w:tcBorders>
            <w:shd w:val="clear" w:color="auto" w:fill="004165"/>
          </w:tcPr>
          <w:p w14:paraId="00746B0E" w14:textId="77777777" w:rsidR="00A92B7C" w:rsidRDefault="00000000">
            <w:pPr>
              <w:spacing w:before="80" w:line="240" w:lineRule="auto"/>
              <w:jc w:val="center"/>
            </w:pPr>
            <w:r>
              <w:rPr>
                <w:b/>
                <w:color w:val="FFFFFF"/>
                <w:sz w:val="32"/>
              </w:rPr>
              <w:lastRenderedPageBreak/>
              <w:t>PATHWAYS GOAL SHEET</w:t>
            </w:r>
          </w:p>
          <w:p w14:paraId="0D3BA14D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Toastmasters International</w:t>
            </w:r>
          </w:p>
          <w:p w14:paraId="43A7B6B4" w14:textId="77777777" w:rsidR="00A92B7C" w:rsidRDefault="00000000">
            <w:pPr>
              <w:spacing w:after="80" w:line="240" w:lineRule="auto"/>
              <w:jc w:val="center"/>
            </w:pPr>
            <w:r>
              <w:rPr>
                <w:color w:val="FFFFFF"/>
              </w:rPr>
              <w:t>Where Leaders Are Made</w:t>
            </w:r>
          </w:p>
        </w:tc>
      </w:tr>
    </w:tbl>
    <w:p w14:paraId="063A70C2" w14:textId="77777777" w:rsidR="00791558" w:rsidRDefault="00791558">
      <w:pPr>
        <w:spacing w:before="140" w:line="240" w:lineRule="auto"/>
        <w:jc w:val="center"/>
        <w:rPr>
          <w:b/>
          <w:color w:val="004165"/>
          <w:sz w:val="22"/>
        </w:rPr>
      </w:pPr>
    </w:p>
    <w:p w14:paraId="1BF265BF" w14:textId="6F4D5ECA" w:rsidR="00A92B7C" w:rsidRDefault="00000000">
      <w:pPr>
        <w:spacing w:before="140" w:line="240" w:lineRule="auto"/>
        <w:jc w:val="center"/>
      </w:pPr>
      <w:r>
        <w:rPr>
          <w:b/>
          <w:color w:val="004165"/>
          <w:sz w:val="22"/>
        </w:rPr>
        <w:t>PATHWAYS GOAL SHEET</w:t>
      </w:r>
    </w:p>
    <w:p w14:paraId="3D361BFD" w14:textId="77777777" w:rsidR="00A92B7C" w:rsidRDefault="00000000">
      <w:pPr>
        <w:spacing w:before="40" w:after="100" w:line="240" w:lineRule="auto"/>
        <w:jc w:val="center"/>
      </w:pPr>
      <w:r>
        <w:rPr>
          <w:b/>
          <w:i/>
          <w:sz w:val="22"/>
        </w:rPr>
        <w:t>Including 2025 Pathways Enhancements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838"/>
        <w:gridCol w:w="1838"/>
        <w:gridCol w:w="1838"/>
        <w:gridCol w:w="1838"/>
        <w:gridCol w:w="1838"/>
      </w:tblGrid>
      <w:tr w:rsidR="00A92B7C" w14:paraId="360D9CAB" w14:textId="77777777">
        <w:trPr>
          <w:jc w:val="center"/>
        </w:trPr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FDC9D50" w14:textId="77777777" w:rsidR="00A92B7C" w:rsidRDefault="00000000">
            <w:r>
              <w:rPr>
                <w:sz w:val="13"/>
              </w:rPr>
              <w:t>Member Name: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D8BEF30" w14:textId="77777777" w:rsidR="00A92B7C" w:rsidRDefault="00000000">
            <w:r>
              <w:rPr>
                <w:sz w:val="13"/>
              </w:rPr>
              <w:t>____________________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C63D834" w14:textId="77777777" w:rsidR="00A92B7C" w:rsidRDefault="00000000">
            <w:r>
              <w:rPr>
                <w:sz w:val="13"/>
              </w:rPr>
              <w:t>Path: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D6A45F1" w14:textId="77777777" w:rsidR="00A92B7C" w:rsidRDefault="00000000">
            <w:r>
              <w:rPr>
                <w:sz w:val="13"/>
              </w:rPr>
              <w:t>____________________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109FC8E" w14:textId="77777777" w:rsidR="00A92B7C" w:rsidRDefault="00000000">
            <w:r>
              <w:rPr>
                <w:sz w:val="13"/>
              </w:rPr>
              <w:t>Mentor: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72A8A6E" w14:textId="77777777" w:rsidR="00A92B7C" w:rsidRDefault="00000000">
            <w:r>
              <w:rPr>
                <w:sz w:val="13"/>
              </w:rPr>
              <w:t>____________________</w:t>
            </w:r>
          </w:p>
        </w:tc>
      </w:tr>
      <w:tr w:rsidR="00A92B7C" w14:paraId="7433FDDE" w14:textId="77777777">
        <w:trPr>
          <w:jc w:val="center"/>
        </w:trPr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3401121" w14:textId="77777777" w:rsidR="00A92B7C" w:rsidRDefault="00000000">
            <w:r>
              <w:rPr>
                <w:sz w:val="13"/>
              </w:rPr>
              <w:t>Start Date: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BDE03FF" w14:textId="77777777" w:rsidR="00A92B7C" w:rsidRDefault="00000000">
            <w:r>
              <w:rPr>
                <w:sz w:val="13"/>
              </w:rPr>
              <w:t>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F4BFB6B" w14:textId="77777777" w:rsidR="00A92B7C" w:rsidRDefault="00000000">
            <w:r>
              <w:rPr>
                <w:sz w:val="13"/>
              </w:rPr>
              <w:t>Target Completion: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0F9110A" w14:textId="77777777" w:rsidR="00A92B7C" w:rsidRDefault="00000000">
            <w:r>
              <w:rPr>
                <w:sz w:val="13"/>
              </w:rPr>
              <w:t>_______________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E0F65F3" w14:textId="77777777" w:rsidR="00A92B7C" w:rsidRDefault="00000000">
            <w:r>
              <w:rPr>
                <w:sz w:val="13"/>
              </w:rPr>
              <w:t>Completion Date:</w:t>
            </w:r>
          </w:p>
        </w:tc>
        <w:tc>
          <w:tcPr>
            <w:tcW w:w="183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FC719C1" w14:textId="77777777" w:rsidR="00A92B7C" w:rsidRDefault="00000000">
            <w:r>
              <w:rPr>
                <w:sz w:val="13"/>
              </w:rPr>
              <w:t>_______________</w:t>
            </w:r>
          </w:p>
        </w:tc>
      </w:tr>
    </w:tbl>
    <w:p w14:paraId="47054E1A" w14:textId="77777777" w:rsidR="00791558" w:rsidRDefault="00791558">
      <w:pPr>
        <w:spacing w:before="120" w:after="20" w:line="240" w:lineRule="auto"/>
        <w:rPr>
          <w:b/>
          <w:color w:val="004165"/>
          <w:sz w:val="22"/>
        </w:rPr>
      </w:pPr>
    </w:p>
    <w:p w14:paraId="4E698A9E" w14:textId="77777777" w:rsidR="00791558" w:rsidRDefault="00791558">
      <w:pPr>
        <w:spacing w:before="120" w:after="20" w:line="240" w:lineRule="auto"/>
        <w:rPr>
          <w:b/>
          <w:color w:val="004165"/>
          <w:sz w:val="22"/>
        </w:rPr>
      </w:pPr>
    </w:p>
    <w:p w14:paraId="099F180D" w14:textId="31922386" w:rsidR="00A92B7C" w:rsidRDefault="00000000">
      <w:pPr>
        <w:spacing w:before="120" w:after="20" w:line="240" w:lineRule="auto"/>
      </w:pPr>
      <w:r>
        <w:rPr>
          <w:b/>
          <w:color w:val="004165"/>
          <w:sz w:val="22"/>
        </w:rPr>
        <w:t>Level 4 - Building Skills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A92B7C" w14:paraId="250A45DB" w14:textId="77777777">
        <w:trPr>
          <w:tblHeader/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376A5B80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Required Projects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064520DC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2025 Enhancements</w:t>
            </w:r>
          </w:p>
        </w:tc>
      </w:tr>
      <w:tr w:rsidR="00A92B7C" w14:paraId="134B3597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26A34D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Project 1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53720D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Toastmaster</w:t>
            </w:r>
          </w:p>
        </w:tc>
      </w:tr>
      <w:tr w:rsidR="00A92B7C" w14:paraId="0715B9C8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753A5AA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Elective 1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07535B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General Evaluator</w:t>
            </w:r>
          </w:p>
        </w:tc>
      </w:tr>
      <w:tr w:rsidR="00A92B7C" w14:paraId="71890430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84DA89" w14:textId="77777777" w:rsidR="00A92B7C" w:rsidRDefault="00000000">
            <w:pPr>
              <w:spacing w:line="211" w:lineRule="auto"/>
            </w:pPr>
            <w:r>
              <w:rPr>
                <w:b/>
                <w:sz w:val="11"/>
              </w:rPr>
              <w:t>☐ Successful Club Series (Choose ONE)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EC0B267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Evaluator</w:t>
            </w:r>
          </w:p>
        </w:tc>
      </w:tr>
      <w:tr w:rsidR="00A92B7C" w14:paraId="7AF3A379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729F7F" w14:textId="77777777" w:rsidR="00A92B7C" w:rsidRDefault="00000000">
            <w:pPr>
              <w:spacing w:line="211" w:lineRule="auto"/>
            </w:pPr>
            <w:r>
              <w:rPr>
                <w:b/>
                <w:sz w:val="11"/>
              </w:rPr>
              <w:t>☐ Better Speaker Series (Choose ONE)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5DA0EE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Table Topics Speaker OR Topicsmaster OR Specialized Role</w:t>
            </w:r>
          </w:p>
        </w:tc>
      </w:tr>
    </w:tbl>
    <w:p w14:paraId="6FD35111" w14:textId="77777777" w:rsidR="00A92B7C" w:rsidRDefault="00000000">
      <w:pPr>
        <w:spacing w:before="120" w:after="20" w:line="240" w:lineRule="auto"/>
      </w:pPr>
      <w:r>
        <w:rPr>
          <w:b/>
          <w:color w:val="004165"/>
          <w:sz w:val="22"/>
        </w:rPr>
        <w:t>Level 5 - Demonstrating Expertise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A92B7C" w14:paraId="15D87544" w14:textId="77777777">
        <w:trPr>
          <w:tblHeader/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18D9D99C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Required Projects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8EEF2"/>
          </w:tcPr>
          <w:p w14:paraId="787E06D1" w14:textId="77777777" w:rsidR="00A92B7C" w:rsidRDefault="00000000">
            <w:pPr>
              <w:spacing w:line="240" w:lineRule="auto"/>
              <w:jc w:val="center"/>
            </w:pPr>
            <w:r>
              <w:rPr>
                <w:b/>
                <w:color w:val="004165"/>
                <w:sz w:val="12"/>
              </w:rPr>
              <w:t>2025 Enhancements</w:t>
            </w:r>
          </w:p>
        </w:tc>
      </w:tr>
      <w:tr w:rsidR="00A92B7C" w14:paraId="0D07EAA1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177690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Project 1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2C4962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General Evaluator (2x)</w:t>
            </w:r>
          </w:p>
        </w:tc>
      </w:tr>
      <w:tr w:rsidR="00A92B7C" w14:paraId="6D430AE2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C0D48B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Elective 1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A698DD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Toastmaster (2x)</w:t>
            </w:r>
          </w:p>
        </w:tc>
      </w:tr>
      <w:tr w:rsidR="00A92B7C" w14:paraId="39515752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056D92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Reflect on Your Path</w:t>
            </w: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49626A" w14:textId="77777777" w:rsidR="00A92B7C" w:rsidRDefault="00000000">
            <w:pPr>
              <w:spacing w:line="211" w:lineRule="auto"/>
            </w:pPr>
            <w:r>
              <w:rPr>
                <w:sz w:val="11"/>
              </w:rPr>
              <w:t>☐ Evaluator (2x)</w:t>
            </w:r>
          </w:p>
        </w:tc>
      </w:tr>
      <w:tr w:rsidR="00A92B7C" w14:paraId="027485FB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8FC454" w14:textId="77777777" w:rsidR="00A92B7C" w:rsidRDefault="00A92B7C">
            <w:pPr>
              <w:spacing w:line="211" w:lineRule="auto"/>
            </w:pP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6B6E55" w14:textId="77777777" w:rsidR="00A92B7C" w:rsidRDefault="00000000">
            <w:pPr>
              <w:spacing w:line="211" w:lineRule="auto"/>
            </w:pPr>
            <w:r>
              <w:rPr>
                <w:b/>
                <w:sz w:val="11"/>
              </w:rPr>
              <w:t>☐ Additional Approved Role</w:t>
            </w:r>
          </w:p>
        </w:tc>
      </w:tr>
      <w:tr w:rsidR="00A92B7C" w14:paraId="02701E22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4497A8" w14:textId="77777777" w:rsidR="00A92B7C" w:rsidRDefault="00A92B7C">
            <w:pPr>
              <w:spacing w:line="211" w:lineRule="auto"/>
            </w:pP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7AE356" w14:textId="77777777" w:rsidR="00A92B7C" w:rsidRDefault="00000000">
            <w:pPr>
              <w:spacing w:line="211" w:lineRule="auto"/>
            </w:pPr>
            <w:r>
              <w:rPr>
                <w:b/>
                <w:sz w:val="11"/>
              </w:rPr>
              <w:t>☐ Successful Club Series (Choose ONE)</w:t>
            </w:r>
          </w:p>
        </w:tc>
      </w:tr>
      <w:tr w:rsidR="00A92B7C" w14:paraId="2E05F39B" w14:textId="77777777">
        <w:trPr>
          <w:jc w:val="center"/>
        </w:trPr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40A132" w14:textId="77777777" w:rsidR="00A92B7C" w:rsidRDefault="00A92B7C">
            <w:pPr>
              <w:spacing w:line="211" w:lineRule="auto"/>
            </w:pPr>
          </w:p>
        </w:tc>
        <w:tc>
          <w:tcPr>
            <w:tcW w:w="52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74C067" w14:textId="77777777" w:rsidR="00A92B7C" w:rsidRDefault="00000000">
            <w:pPr>
              <w:spacing w:line="211" w:lineRule="auto"/>
            </w:pPr>
            <w:r>
              <w:rPr>
                <w:b/>
                <w:sz w:val="11"/>
              </w:rPr>
              <w:t>☐ Leadership Excellence Series (Choose ONE)</w:t>
            </w:r>
          </w:p>
        </w:tc>
      </w:tr>
    </w:tbl>
    <w:p w14:paraId="355F4006" w14:textId="77777777" w:rsidR="00A92B7C" w:rsidRDefault="00000000">
      <w:pPr>
        <w:spacing w:before="120" w:after="40" w:line="240" w:lineRule="auto"/>
      </w:pPr>
      <w:r>
        <w:rPr>
          <w:b/>
          <w:color w:val="004165"/>
          <w:sz w:val="22"/>
        </w:rPr>
        <w:t>Goals / Areas for Development</w:t>
      </w:r>
    </w:p>
    <w:p w14:paraId="2228014B" w14:textId="77777777" w:rsidR="00A92B7C" w:rsidRDefault="00000000">
      <w:pPr>
        <w:spacing w:line="204" w:lineRule="auto"/>
      </w:pPr>
      <w:r>
        <w:rPr>
          <w:sz w:val="22"/>
        </w:rPr>
        <w:t>______________________________________________________________________________________________________</w:t>
      </w:r>
    </w:p>
    <w:p w14:paraId="73C66F49" w14:textId="77777777" w:rsidR="00A92B7C" w:rsidRDefault="00000000">
      <w:pPr>
        <w:spacing w:line="204" w:lineRule="auto"/>
      </w:pPr>
      <w:r>
        <w:rPr>
          <w:sz w:val="22"/>
        </w:rPr>
        <w:t>______________________________________________________________________________________________________</w:t>
      </w:r>
    </w:p>
    <w:p w14:paraId="1EA849F1" w14:textId="77777777" w:rsidR="00A92B7C" w:rsidRDefault="00000000">
      <w:pPr>
        <w:spacing w:line="204" w:lineRule="auto"/>
      </w:pPr>
      <w:r>
        <w:rPr>
          <w:sz w:val="22"/>
        </w:rPr>
        <w:t>______________________________________________________________________________________________________</w:t>
      </w:r>
    </w:p>
    <w:p w14:paraId="3929774C" w14:textId="77777777" w:rsidR="00A92B7C" w:rsidRDefault="00000000">
      <w:pPr>
        <w:spacing w:line="204" w:lineRule="auto"/>
      </w:pPr>
      <w:r>
        <w:rPr>
          <w:sz w:val="22"/>
        </w:rPr>
        <w:t>______________________________________________________________________________________________________</w:t>
      </w:r>
    </w:p>
    <w:p w14:paraId="06D262CC" w14:textId="77777777" w:rsidR="00A92B7C" w:rsidRDefault="00000000">
      <w:pPr>
        <w:spacing w:before="120" w:after="40" w:line="240" w:lineRule="auto"/>
      </w:pPr>
      <w:r>
        <w:rPr>
          <w:b/>
          <w:color w:val="004165"/>
          <w:sz w:val="22"/>
        </w:rPr>
        <w:t>Mentor / VPE Approval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4536"/>
        <w:gridCol w:w="792"/>
        <w:gridCol w:w="2088"/>
      </w:tblGrid>
      <w:tr w:rsidR="00A92B7C" w14:paraId="14626383" w14:textId="77777777">
        <w:trPr>
          <w:jc w:val="center"/>
        </w:trPr>
        <w:tc>
          <w:tcPr>
            <w:tcW w:w="17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24EAD3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Mentor Signature:</w:t>
            </w: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3517BC4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________________________________</w:t>
            </w:r>
          </w:p>
        </w:tc>
        <w:tc>
          <w:tcPr>
            <w:tcW w:w="7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05E33F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Date:</w:t>
            </w:r>
          </w:p>
        </w:tc>
        <w:tc>
          <w:tcPr>
            <w:tcW w:w="20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4EBC7F1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______________</w:t>
            </w:r>
          </w:p>
        </w:tc>
      </w:tr>
      <w:tr w:rsidR="00A92B7C" w14:paraId="703D3799" w14:textId="77777777">
        <w:trPr>
          <w:jc w:val="center"/>
        </w:trPr>
        <w:tc>
          <w:tcPr>
            <w:tcW w:w="17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904EEA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VPE Signature:</w:t>
            </w: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43034EF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________________________________</w:t>
            </w:r>
          </w:p>
        </w:tc>
        <w:tc>
          <w:tcPr>
            <w:tcW w:w="7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6B8B12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Date:</w:t>
            </w:r>
          </w:p>
        </w:tc>
        <w:tc>
          <w:tcPr>
            <w:tcW w:w="20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C2E7A4" w14:textId="77777777" w:rsidR="00A92B7C" w:rsidRDefault="00000000">
            <w:pPr>
              <w:spacing w:line="240" w:lineRule="auto"/>
            </w:pPr>
            <w:r>
              <w:rPr>
                <w:sz w:val="12"/>
              </w:rPr>
              <w:t>______________</w:t>
            </w:r>
          </w:p>
        </w:tc>
      </w:tr>
    </w:tbl>
    <w:p w14:paraId="778ACB2F" w14:textId="77777777" w:rsidR="00A92B7C" w:rsidRDefault="00000000">
      <w:pPr>
        <w:spacing w:before="100"/>
        <w:jc w:val="center"/>
      </w:pPr>
      <w:r>
        <w:rPr>
          <w:color w:val="646464"/>
          <w:sz w:val="22"/>
        </w:rPr>
        <w:t>Compatible with 2025 Toastmasters Pathways Enhancements • Editable Word Template • Page 2 of 2</w:t>
      </w:r>
    </w:p>
    <w:sectPr w:rsidR="00A92B7C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90" w:right="605" w:bottom="432" w:left="605" w:header="72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66EE1" w14:textId="77777777" w:rsidR="00551DDC" w:rsidRDefault="00551DDC">
      <w:pPr>
        <w:spacing w:line="240" w:lineRule="auto"/>
      </w:pPr>
      <w:r>
        <w:separator/>
      </w:r>
    </w:p>
  </w:endnote>
  <w:endnote w:type="continuationSeparator" w:id="0">
    <w:p w14:paraId="20BEC956" w14:textId="77777777" w:rsidR="00551DDC" w:rsidRDefault="00551D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3D593" w14:textId="77777777" w:rsidR="00A92B7C" w:rsidRDefault="00A92B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409D" w14:textId="77777777" w:rsidR="00A92B7C" w:rsidRDefault="00A92B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C1610" w14:textId="77777777" w:rsidR="00A92B7C" w:rsidRDefault="00A92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D2BE8" w14:textId="77777777" w:rsidR="00551DDC" w:rsidRDefault="00551DDC">
      <w:pPr>
        <w:spacing w:line="240" w:lineRule="auto"/>
      </w:pPr>
      <w:r>
        <w:separator/>
      </w:r>
    </w:p>
  </w:footnote>
  <w:footnote w:type="continuationSeparator" w:id="0">
    <w:p w14:paraId="05285861" w14:textId="77777777" w:rsidR="00551DDC" w:rsidRDefault="00551D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D43B2" w14:textId="77777777" w:rsidR="00A92B7C" w:rsidRDefault="00A92B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5C7B4" w14:textId="77777777" w:rsidR="00A92B7C" w:rsidRDefault="00A92B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5E063" w14:textId="77777777" w:rsidR="00A92B7C" w:rsidRDefault="00A92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5545559">
    <w:abstractNumId w:val="8"/>
  </w:num>
  <w:num w:numId="2" w16cid:durableId="2035567757">
    <w:abstractNumId w:val="6"/>
  </w:num>
  <w:num w:numId="3" w16cid:durableId="1926105158">
    <w:abstractNumId w:val="5"/>
  </w:num>
  <w:num w:numId="4" w16cid:durableId="1151100019">
    <w:abstractNumId w:val="4"/>
  </w:num>
  <w:num w:numId="5" w16cid:durableId="549147063">
    <w:abstractNumId w:val="7"/>
  </w:num>
  <w:num w:numId="6" w16cid:durableId="952830937">
    <w:abstractNumId w:val="3"/>
  </w:num>
  <w:num w:numId="7" w16cid:durableId="1193684933">
    <w:abstractNumId w:val="2"/>
  </w:num>
  <w:num w:numId="8" w16cid:durableId="173806111">
    <w:abstractNumId w:val="1"/>
  </w:num>
  <w:num w:numId="9" w16cid:durableId="130955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58BD"/>
    <w:rsid w:val="00551DDC"/>
    <w:rsid w:val="0060640A"/>
    <w:rsid w:val="00791558"/>
    <w:rsid w:val="00A92B7C"/>
    <w:rsid w:val="00AA1D8D"/>
    <w:rsid w:val="00B47730"/>
    <w:rsid w:val="00CB0664"/>
    <w:rsid w:val="00E677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CB0D10"/>
  <w14:defaultImageDpi w14:val="300"/>
  <w15:docId w15:val="{6A710E42-6635-4A4C-8A7A-F210C179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rial" w:eastAsia="Arial" w:hAnsi="Arial"/>
      <w:sz w:val="1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  <w:rPr>
      <w:sz w:val="2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  <w:rPr>
      <w:sz w:val="2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0"/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Frank Storey</cp:lastModifiedBy>
  <cp:revision>2</cp:revision>
  <dcterms:created xsi:type="dcterms:W3CDTF">2026-07-18T20:33:00Z</dcterms:created>
  <dcterms:modified xsi:type="dcterms:W3CDTF">2026-07-18T20:33:00Z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fa3f3664-91fa-4abc-9c44-2d021ce40b3c</vt:lpwstr>
  </property>
</Properties>
</file>